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1897" w:rsidRDefault="00601897" w:rsidP="00601897">
      <w:pPr>
        <w:pStyle w:val="Footer"/>
        <w:spacing w:before="36"/>
        <w:jc w:val="center"/>
        <w:rPr>
          <w:rFonts w:ascii="Times New Roman" w:hAnsi="Times New Roman" w:cs="Times New Roman"/>
          <w:b/>
          <w:sz w:val="36"/>
          <w:szCs w:val="36"/>
        </w:rPr>
      </w:pPr>
      <w:r>
        <w:rPr>
          <w:rFonts w:ascii="Times New Roman" w:hAnsi="Times New Roman" w:cs="Times New Roman"/>
          <w:b/>
          <w:noProof/>
          <w:sz w:val="36"/>
          <w:szCs w:val="36"/>
          <w:lang w:bidi="he-IL"/>
        </w:rPr>
        <w:drawing>
          <wp:inline distT="0" distB="0" distL="0" distR="0">
            <wp:extent cx="4480560" cy="6720840"/>
            <wp:effectExtent l="0" t="0" r="0" b="0"/>
            <wp:docPr id="14066206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620662" name=""/>
                    <pic:cNvPicPr/>
                  </pic:nvPicPr>
                  <pic:blipFill>
                    <a:blip r:embed="rId8"/>
                    <a:stretch>
                      <a:fillRect/>
                    </a:stretch>
                  </pic:blipFill>
                  <pic:spPr>
                    <a:xfrm>
                      <a:off x="0" y="0"/>
                      <a:ext cx="4480560" cy="6720840"/>
                    </a:xfrm>
                    <a:prstGeom prst="rect">
                      <a:avLst/>
                    </a:prstGeom>
                  </pic:spPr>
                </pic:pic>
              </a:graphicData>
            </a:graphic>
          </wp:inline>
        </w:drawing>
      </w:r>
    </w:p>
    <w:p w:rsidR="00087D2D" w:rsidRPr="00087D2D" w:rsidRDefault="00087D2D" w:rsidP="00601897">
      <w:pPr>
        <w:pStyle w:val="Footer"/>
        <w:pageBreakBefore/>
        <w:jc w:val="center"/>
        <w:rPr>
          <w:rFonts w:ascii="Times New Roman" w:hAnsi="Times New Roman" w:cs="Times New Roman"/>
          <w:sz w:val="36"/>
          <w:szCs w:val="36"/>
        </w:rPr>
      </w:pPr>
      <w:r w:rsidRPr="00087D2D">
        <w:rPr>
          <w:rFonts w:ascii="Times New Roman" w:hAnsi="Times New Roman" w:cs="Times New Roman"/>
          <w:b/>
          <w:sz w:val="36"/>
          <w:szCs w:val="36"/>
        </w:rPr>
        <w:lastRenderedPageBreak/>
        <w:t>A Church of the Lutheran Confession</w:t>
      </w:r>
    </w:p>
    <w:p w:rsidR="00087D2D" w:rsidRPr="003D3B06" w:rsidRDefault="00601897" w:rsidP="00601897">
      <w:pPr>
        <w:pStyle w:val="Footer"/>
        <w:jc w:val="center"/>
        <w:rPr>
          <w:rFonts w:ascii="Times New Roman" w:hAnsi="Times New Roman" w:cs="Times New Roman"/>
          <w:sz w:val="22"/>
        </w:rPr>
      </w:pPr>
      <w:r>
        <w:rPr>
          <w:rFonts w:ascii="Times New Roman" w:hAnsi="Times New Roman" w:cs="Times New Roman"/>
          <w:sz w:val="22"/>
        </w:rPr>
        <w:t>October 18, 2026</w:t>
      </w:r>
    </w:p>
    <w:p w:rsidR="00087D2D" w:rsidRPr="003D3B06" w:rsidRDefault="00601897" w:rsidP="00601897">
      <w:pPr>
        <w:pStyle w:val="Footer"/>
        <w:jc w:val="center"/>
        <w:rPr>
          <w:rFonts w:ascii="Times New Roman" w:hAnsi="Times New Roman" w:cs="Times New Roman"/>
          <w:sz w:val="22"/>
        </w:rPr>
      </w:pPr>
      <w:r>
        <w:rPr>
          <w:rFonts w:ascii="Times New Roman" w:hAnsi="Times New Roman" w:cs="Times New Roman"/>
          <w:sz w:val="22"/>
        </w:rPr>
        <w:t>21st Sunday after Trinity</w:t>
      </w:r>
    </w:p>
    <w:p w:rsidR="0099259C" w:rsidRPr="005C2FDF" w:rsidRDefault="008445BE" w:rsidP="00B178F2">
      <w:pPr>
        <w:pStyle w:val="LiturgySubtitle"/>
        <w:spacing w:after="0"/>
        <w:rPr>
          <w:sz w:val="16"/>
          <w:szCs w:val="16"/>
        </w:rPr>
      </w:pPr>
      <w:r>
        <w:rPr>
          <w:noProof/>
          <w:sz w:val="16"/>
          <w:szCs w:val="16"/>
          <w:lang w:bidi="he-IL"/>
        </w:rPr>
        <w:drawing>
          <wp:anchor distT="0" distB="0" distL="114300" distR="114300" simplePos="0" relativeHeight="251658240" behindDoc="1" locked="0" layoutInCell="1" allowOverlap="1">
            <wp:simplePos x="0" y="0"/>
            <wp:positionH relativeFrom="column">
              <wp:posOffset>1116330</wp:posOffset>
            </wp:positionH>
            <wp:positionV relativeFrom="paragraph">
              <wp:posOffset>635</wp:posOffset>
            </wp:positionV>
            <wp:extent cx="2286000" cy="209550"/>
            <wp:effectExtent l="0" t="0" r="0"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ss_divider.png"/>
                    <pic:cNvPicPr/>
                  </pic:nvPicPr>
                  <pic:blipFill>
                    <a:blip r:embed="rId9" cstate="print"/>
                    <a:stretch>
                      <a:fillRect/>
                    </a:stretch>
                  </pic:blipFill>
                  <pic:spPr>
                    <a:xfrm>
                      <a:off x="0" y="0"/>
                      <a:ext cx="2286000" cy="209550"/>
                    </a:xfrm>
                    <a:prstGeom prst="rect">
                      <a:avLst/>
                    </a:prstGeom>
                  </pic:spPr>
                </pic:pic>
              </a:graphicData>
            </a:graphic>
          </wp:anchor>
        </w:drawing>
      </w:r>
    </w:p>
    <w:p w:rsidR="00B178F2" w:rsidRPr="005C2FDF" w:rsidRDefault="00B178F2" w:rsidP="00B178F2">
      <w:pPr>
        <w:pStyle w:val="Heading1"/>
        <w:spacing w:before="0" w:after="0"/>
        <w:rPr>
          <w:sz w:val="16"/>
          <w:szCs w:val="16"/>
        </w:rPr>
      </w:pPr>
    </w:p>
    <w:p w:rsidR="00A53544" w:rsidRDefault="00765959" w:rsidP="00087D2D">
      <w:pPr>
        <w:pStyle w:val="Heading1"/>
        <w:spacing w:before="0" w:after="0"/>
      </w:pPr>
      <w:r>
        <w:t>HYMN</w:t>
      </w:r>
      <w:r w:rsidR="000A12C8">
        <w:t>S</w:t>
      </w:r>
    </w:p>
    <w:p w:rsidR="000A12C8" w:rsidRPr="000A12C8" w:rsidRDefault="00601897" w:rsidP="000A12C8">
      <w:r w:rsidRPr="00601897">
        <w:rPr>
          <w:sz w:val="20"/>
        </w:rPr>
        <w:t>538; 219; 464; 241</w:t>
      </w:r>
    </w:p>
    <w:p w:rsidR="009C6EC0" w:rsidRDefault="00605474" w:rsidP="00601897">
      <w:pPr>
        <w:pStyle w:val="Heading1"/>
      </w:pPr>
      <w:r>
        <w:t>PSALM OF THE DAY</w:t>
      </w:r>
    </w:p>
    <w:p w:rsidR="00601897" w:rsidRPr="00601897" w:rsidRDefault="00601897" w:rsidP="00601897">
      <w:pPr>
        <w:keepNext/>
        <w:keepLines/>
        <w:rPr>
          <w:sz w:val="20"/>
        </w:rPr>
      </w:pPr>
      <w:r w:rsidRPr="00601897">
        <w:rPr>
          <w:sz w:val="20"/>
        </w:rPr>
        <w:t>L: O Lord, our Lord, How excellent is Your name in all the earth,</w:t>
      </w:r>
    </w:p>
    <w:p w:rsidR="00601897" w:rsidRPr="00601897" w:rsidRDefault="00601897" w:rsidP="00601897">
      <w:pPr>
        <w:keepLines/>
        <w:rPr>
          <w:sz w:val="20"/>
        </w:rPr>
      </w:pPr>
      <w:r w:rsidRPr="00601897">
        <w:rPr>
          <w:b/>
          <w:sz w:val="20"/>
        </w:rPr>
        <w:t>C: Who have set Your glory above the heavens!</w:t>
      </w:r>
    </w:p>
    <w:p w:rsidR="00601897" w:rsidRPr="00601897" w:rsidRDefault="00601897" w:rsidP="00601897">
      <w:pPr>
        <w:keepNext/>
        <w:keepLines/>
        <w:rPr>
          <w:sz w:val="20"/>
        </w:rPr>
      </w:pPr>
      <w:r w:rsidRPr="00601897">
        <w:rPr>
          <w:sz w:val="20"/>
        </w:rPr>
        <w:t>L: Out of the mouth of babes and nursing infants You have ordained strength,</w:t>
      </w:r>
    </w:p>
    <w:p w:rsidR="00601897" w:rsidRPr="00601897" w:rsidRDefault="00601897" w:rsidP="00601897">
      <w:pPr>
        <w:keepLines/>
        <w:rPr>
          <w:sz w:val="20"/>
        </w:rPr>
      </w:pPr>
      <w:r w:rsidRPr="00601897">
        <w:rPr>
          <w:b/>
          <w:sz w:val="20"/>
        </w:rPr>
        <w:t>C: Because of Your enemies, That You may silence the enemy and the avenger.</w:t>
      </w:r>
    </w:p>
    <w:p w:rsidR="00601897" w:rsidRPr="00601897" w:rsidRDefault="00601897" w:rsidP="00601897">
      <w:pPr>
        <w:keepNext/>
        <w:keepLines/>
        <w:rPr>
          <w:sz w:val="20"/>
        </w:rPr>
      </w:pPr>
      <w:r w:rsidRPr="00601897">
        <w:rPr>
          <w:sz w:val="20"/>
        </w:rPr>
        <w:t>L: When I consider Your heavens, the work of Your fingers,</w:t>
      </w:r>
    </w:p>
    <w:p w:rsidR="00601897" w:rsidRPr="00601897" w:rsidRDefault="00601897" w:rsidP="00601897">
      <w:pPr>
        <w:keepLines/>
        <w:rPr>
          <w:sz w:val="20"/>
        </w:rPr>
      </w:pPr>
      <w:r w:rsidRPr="00601897">
        <w:rPr>
          <w:b/>
          <w:sz w:val="20"/>
        </w:rPr>
        <w:t>C: The moon and the stars, which You have ordained,</w:t>
      </w:r>
    </w:p>
    <w:p w:rsidR="00601897" w:rsidRPr="00601897" w:rsidRDefault="00601897" w:rsidP="00601897">
      <w:pPr>
        <w:keepNext/>
        <w:keepLines/>
        <w:rPr>
          <w:sz w:val="20"/>
        </w:rPr>
      </w:pPr>
      <w:r w:rsidRPr="00601897">
        <w:rPr>
          <w:sz w:val="20"/>
        </w:rPr>
        <w:t>L: What is man that You are mindful of him,</w:t>
      </w:r>
    </w:p>
    <w:p w:rsidR="00601897" w:rsidRPr="00601897" w:rsidRDefault="00601897" w:rsidP="00601897">
      <w:pPr>
        <w:keepLines/>
        <w:rPr>
          <w:sz w:val="20"/>
        </w:rPr>
      </w:pPr>
      <w:r w:rsidRPr="00601897">
        <w:rPr>
          <w:b/>
          <w:sz w:val="20"/>
        </w:rPr>
        <w:t>C: And the son of man that You visit him?</w:t>
      </w:r>
    </w:p>
    <w:p w:rsidR="00601897" w:rsidRPr="00601897" w:rsidRDefault="00601897" w:rsidP="00601897">
      <w:pPr>
        <w:keepNext/>
        <w:keepLines/>
        <w:rPr>
          <w:sz w:val="20"/>
        </w:rPr>
      </w:pPr>
      <w:r w:rsidRPr="00601897">
        <w:rPr>
          <w:sz w:val="20"/>
        </w:rPr>
        <w:t>L: For You have made him a little lower than the angels,</w:t>
      </w:r>
    </w:p>
    <w:p w:rsidR="00601897" w:rsidRPr="00601897" w:rsidRDefault="00601897" w:rsidP="00601897">
      <w:pPr>
        <w:keepLines/>
        <w:rPr>
          <w:sz w:val="20"/>
        </w:rPr>
      </w:pPr>
      <w:r w:rsidRPr="00601897">
        <w:rPr>
          <w:b/>
          <w:sz w:val="20"/>
        </w:rPr>
        <w:t>C: And You have crowned him with glory and honor.</w:t>
      </w:r>
    </w:p>
    <w:p w:rsidR="00601897" w:rsidRPr="00601897" w:rsidRDefault="00601897" w:rsidP="00601897">
      <w:pPr>
        <w:keepNext/>
        <w:keepLines/>
        <w:rPr>
          <w:sz w:val="20"/>
        </w:rPr>
      </w:pPr>
      <w:r w:rsidRPr="00601897">
        <w:rPr>
          <w:sz w:val="20"/>
        </w:rPr>
        <w:t>L: You have made him to have dominion over the works of Your hands;</w:t>
      </w:r>
    </w:p>
    <w:p w:rsidR="0042755E" w:rsidRDefault="00601897" w:rsidP="00601897">
      <w:pPr>
        <w:keepLines/>
      </w:pPr>
      <w:r w:rsidRPr="00601897">
        <w:rPr>
          <w:b/>
          <w:sz w:val="20"/>
        </w:rPr>
        <w:t xml:space="preserve">C: You have put all things under his feet,  </w:t>
      </w:r>
      <w:r w:rsidRPr="00601897">
        <w:rPr>
          <w:sz w:val="20"/>
        </w:rPr>
        <w:t>(Psalm 8)</w:t>
      </w:r>
    </w:p>
    <w:p w:rsidR="009C6EC0" w:rsidRDefault="00605474">
      <w:pPr>
        <w:pStyle w:val="Heading1"/>
      </w:pPr>
      <w:r>
        <w:t>THE COLLECT</w:t>
      </w:r>
    </w:p>
    <w:p w:rsidR="009C6EC0" w:rsidRDefault="00601897" w:rsidP="00601897">
      <w:pPr>
        <w:pStyle w:val="Rubric"/>
        <w:keepNext w:val="0"/>
      </w:pPr>
      <w:r w:rsidRPr="00601897">
        <w:rPr>
          <w:i w:val="0"/>
          <w:sz w:val="20"/>
        </w:rPr>
        <w:t>O God, the protector of all who trust in You, have mercy on us that with You as our ruler and guide we may so pass through things temporal that we lose not the things eternal.  We pray this through Jesus Christ, our Lord and Savior, who lives and reigns with You and the Holy Spirit, one God, now and forever.</w:t>
      </w:r>
    </w:p>
    <w:p w:rsidR="009C6EC0" w:rsidRDefault="00605474">
      <w:pPr>
        <w:pStyle w:val="Heading1"/>
      </w:pPr>
      <w:r>
        <w:t>FIRST SCRIPTURE READING</w:t>
      </w:r>
    </w:p>
    <w:p w:rsidR="00601897" w:rsidRPr="00601897" w:rsidRDefault="00601897" w:rsidP="00601897">
      <w:pPr>
        <w:pStyle w:val="Rubric"/>
        <w:keepNext w:val="0"/>
        <w:jc w:val="both"/>
        <w:rPr>
          <w:i w:val="0"/>
          <w:sz w:val="20"/>
        </w:rPr>
      </w:pPr>
      <w:r w:rsidRPr="00601897">
        <w:rPr>
          <w:i w:val="0"/>
          <w:sz w:val="20"/>
        </w:rPr>
        <w:t>Hebrews 2:1-8</w:t>
      </w:r>
    </w:p>
    <w:p w:rsidR="00601897" w:rsidRPr="00601897" w:rsidRDefault="00601897" w:rsidP="00601897">
      <w:pPr>
        <w:pStyle w:val="Rubric"/>
        <w:keepNext w:val="0"/>
        <w:jc w:val="both"/>
        <w:rPr>
          <w:i w:val="0"/>
          <w:sz w:val="20"/>
        </w:rPr>
      </w:pPr>
      <w:r w:rsidRPr="00601897">
        <w:rPr>
          <w:i w:val="0"/>
          <w:sz w:val="20"/>
        </w:rPr>
        <w:t xml:space="preserve">[1] Therefore we must give the more earnest heed to the things we have heard, lest we drift away. [2] For if the word spoken through angels proved steadfast, and every transgression and disobedience received a just reward, [3] how shall we escape if we neglect so great a salvation, which at the first began to be spoken by the Lord, and was confirmed to us by those who heard Him, [4] God </w:t>
      </w:r>
      <w:r w:rsidRPr="00601897">
        <w:rPr>
          <w:i w:val="0"/>
          <w:sz w:val="20"/>
        </w:rPr>
        <w:lastRenderedPageBreak/>
        <w:t>also bearing witness both with signs and wonders, with various miracles, and gifts of the Holy Spirit, according to His own will?</w:t>
      </w:r>
    </w:p>
    <w:p w:rsidR="00601897" w:rsidRPr="00601897" w:rsidRDefault="00601897" w:rsidP="00601897">
      <w:pPr>
        <w:pStyle w:val="Rubric"/>
        <w:keepNext w:val="0"/>
        <w:jc w:val="both"/>
        <w:rPr>
          <w:i w:val="0"/>
          <w:sz w:val="20"/>
        </w:rPr>
      </w:pPr>
      <w:r w:rsidRPr="00601897">
        <w:rPr>
          <w:i w:val="0"/>
          <w:sz w:val="20"/>
        </w:rPr>
        <w:t xml:space="preserve"> [5] For He has not put the world to come, of which we speak, in subjection to angels. [6] But one testified in a certain place, saying:</w:t>
      </w:r>
    </w:p>
    <w:p w:rsidR="00601897" w:rsidRPr="00601897" w:rsidRDefault="00601897" w:rsidP="00601897">
      <w:pPr>
        <w:pStyle w:val="Rubric"/>
        <w:keepNext w:val="0"/>
        <w:jc w:val="both"/>
        <w:rPr>
          <w:i w:val="0"/>
          <w:sz w:val="20"/>
        </w:rPr>
      </w:pPr>
      <w:r w:rsidRPr="00601897">
        <w:rPr>
          <w:i w:val="0"/>
          <w:sz w:val="20"/>
        </w:rPr>
        <w:t xml:space="preserve"> “What is man that You are mindful of him,</w:t>
      </w:r>
    </w:p>
    <w:p w:rsidR="00601897" w:rsidRPr="00601897" w:rsidRDefault="00601897" w:rsidP="00601897">
      <w:pPr>
        <w:pStyle w:val="Rubric"/>
        <w:keepNext w:val="0"/>
        <w:jc w:val="both"/>
        <w:rPr>
          <w:i w:val="0"/>
          <w:sz w:val="20"/>
        </w:rPr>
      </w:pPr>
      <w:r w:rsidRPr="00601897">
        <w:rPr>
          <w:i w:val="0"/>
          <w:sz w:val="20"/>
        </w:rPr>
        <w:t xml:space="preserve"> Or the son of man that You take care of him?</w:t>
      </w:r>
    </w:p>
    <w:p w:rsidR="00601897" w:rsidRPr="00601897" w:rsidRDefault="00601897" w:rsidP="00601897">
      <w:pPr>
        <w:pStyle w:val="Rubric"/>
        <w:keepNext w:val="0"/>
        <w:jc w:val="both"/>
        <w:rPr>
          <w:i w:val="0"/>
          <w:sz w:val="20"/>
        </w:rPr>
      </w:pPr>
      <w:r w:rsidRPr="00601897">
        <w:rPr>
          <w:i w:val="0"/>
          <w:sz w:val="20"/>
        </w:rPr>
        <w:t xml:space="preserve"> [7] You have made him a little lower than the angels;</w:t>
      </w:r>
    </w:p>
    <w:p w:rsidR="00601897" w:rsidRPr="00601897" w:rsidRDefault="00601897" w:rsidP="00601897">
      <w:pPr>
        <w:pStyle w:val="Rubric"/>
        <w:keepNext w:val="0"/>
        <w:jc w:val="both"/>
        <w:rPr>
          <w:i w:val="0"/>
          <w:sz w:val="20"/>
        </w:rPr>
      </w:pPr>
      <w:r w:rsidRPr="00601897">
        <w:rPr>
          <w:i w:val="0"/>
          <w:sz w:val="20"/>
        </w:rPr>
        <w:t xml:space="preserve"> You have crowned him with glory and honor,</w:t>
      </w:r>
    </w:p>
    <w:p w:rsidR="00601897" w:rsidRPr="00601897" w:rsidRDefault="00601897" w:rsidP="00601897">
      <w:pPr>
        <w:pStyle w:val="Rubric"/>
        <w:keepNext w:val="0"/>
        <w:jc w:val="both"/>
        <w:rPr>
          <w:i w:val="0"/>
          <w:sz w:val="20"/>
        </w:rPr>
      </w:pPr>
      <w:r w:rsidRPr="00601897">
        <w:rPr>
          <w:i w:val="0"/>
          <w:sz w:val="20"/>
        </w:rPr>
        <w:t xml:space="preserve"> And set him over the works of Your hands.</w:t>
      </w:r>
    </w:p>
    <w:p w:rsidR="00601897" w:rsidRPr="00601897" w:rsidRDefault="00601897" w:rsidP="00601897">
      <w:pPr>
        <w:pStyle w:val="Rubric"/>
        <w:keepNext w:val="0"/>
        <w:jc w:val="both"/>
        <w:rPr>
          <w:i w:val="0"/>
          <w:sz w:val="20"/>
        </w:rPr>
      </w:pPr>
      <w:r w:rsidRPr="00601897">
        <w:rPr>
          <w:i w:val="0"/>
          <w:sz w:val="20"/>
        </w:rPr>
        <w:t xml:space="preserve"> [8] You have put all things in subjection under his feet.”</w:t>
      </w:r>
    </w:p>
    <w:p w:rsidR="009C6EC0" w:rsidRDefault="00601897" w:rsidP="00601897">
      <w:pPr>
        <w:pStyle w:val="Rubric"/>
        <w:keepNext w:val="0"/>
        <w:jc w:val="both"/>
      </w:pPr>
      <w:r w:rsidRPr="00601897">
        <w:rPr>
          <w:i w:val="0"/>
          <w:sz w:val="20"/>
        </w:rPr>
        <w:t xml:space="preserve"> For in that He put all in subjection under him, He left nothing that is not put under him. But now we do not yet see all things put under him.</w:t>
      </w:r>
    </w:p>
    <w:p w:rsidR="00601897" w:rsidRDefault="00601897" w:rsidP="00087D2D">
      <w:pPr>
        <w:spacing w:after="200"/>
        <w:jc w:val="center"/>
        <w:rPr>
          <w:rFonts w:asciiTheme="majorHAnsi" w:eastAsiaTheme="majorEastAsia" w:hAnsiTheme="majorHAnsi" w:cstheme="majorBidi"/>
          <w:b/>
          <w:bCs/>
          <w:color w:val="000000"/>
          <w:sz w:val="26"/>
          <w:szCs w:val="28"/>
        </w:rPr>
      </w:pPr>
    </w:p>
    <w:p w:rsidR="009C6EC0" w:rsidRPr="00087D2D" w:rsidRDefault="00605474" w:rsidP="00601897">
      <w:pPr>
        <w:spacing w:after="200"/>
        <w:jc w:val="center"/>
        <w:rPr>
          <w:rFonts w:asciiTheme="majorHAnsi" w:eastAsiaTheme="majorEastAsia" w:hAnsiTheme="majorHAnsi" w:cstheme="majorHAnsi"/>
          <w:b/>
          <w:bCs/>
          <w:color w:val="000000"/>
          <w:sz w:val="26"/>
          <w:szCs w:val="26"/>
        </w:rPr>
      </w:pPr>
      <w:r w:rsidRPr="00087D2D">
        <w:rPr>
          <w:rFonts w:asciiTheme="majorHAnsi" w:hAnsiTheme="majorHAnsi" w:cstheme="majorHAnsi"/>
          <w:b/>
          <w:bCs/>
          <w:sz w:val="26"/>
          <w:szCs w:val="26"/>
        </w:rPr>
        <w:t>SECOND SCRIPTURE READING</w:t>
      </w:r>
    </w:p>
    <w:p w:rsidR="00601897" w:rsidRPr="00601897" w:rsidRDefault="00601897" w:rsidP="00601897">
      <w:pPr>
        <w:pStyle w:val="Rubric"/>
        <w:keepNext w:val="0"/>
        <w:jc w:val="both"/>
        <w:rPr>
          <w:i w:val="0"/>
          <w:sz w:val="20"/>
        </w:rPr>
      </w:pPr>
      <w:r w:rsidRPr="00601897">
        <w:rPr>
          <w:i w:val="0"/>
          <w:sz w:val="20"/>
        </w:rPr>
        <w:t>Mark 10:35-45</w:t>
      </w:r>
    </w:p>
    <w:p w:rsidR="00601897" w:rsidRPr="00601897" w:rsidRDefault="00601897" w:rsidP="00601897">
      <w:pPr>
        <w:pStyle w:val="Rubric"/>
        <w:keepNext w:val="0"/>
        <w:jc w:val="both"/>
        <w:rPr>
          <w:i w:val="0"/>
          <w:sz w:val="20"/>
        </w:rPr>
      </w:pPr>
      <w:r w:rsidRPr="00601897">
        <w:rPr>
          <w:i w:val="0"/>
          <w:sz w:val="20"/>
        </w:rPr>
        <w:t>[35] Then James and John, the sons of Zebedee, came to Him, saying, “Teacher, we want You to do for us whatever we ask.”</w:t>
      </w:r>
    </w:p>
    <w:p w:rsidR="00601897" w:rsidRPr="00601897" w:rsidRDefault="00601897" w:rsidP="00601897">
      <w:pPr>
        <w:pStyle w:val="Rubric"/>
        <w:keepNext w:val="0"/>
        <w:jc w:val="both"/>
        <w:rPr>
          <w:i w:val="0"/>
          <w:sz w:val="20"/>
        </w:rPr>
      </w:pPr>
      <w:r w:rsidRPr="00601897">
        <w:rPr>
          <w:i w:val="0"/>
          <w:sz w:val="20"/>
        </w:rPr>
        <w:t xml:space="preserve"> [36] And He said to them, “What do you want Me to do for you?”</w:t>
      </w:r>
    </w:p>
    <w:p w:rsidR="00601897" w:rsidRPr="00601897" w:rsidRDefault="00601897" w:rsidP="00601897">
      <w:pPr>
        <w:pStyle w:val="Rubric"/>
        <w:keepNext w:val="0"/>
        <w:jc w:val="both"/>
        <w:rPr>
          <w:i w:val="0"/>
          <w:sz w:val="20"/>
        </w:rPr>
      </w:pPr>
      <w:r w:rsidRPr="00601897">
        <w:rPr>
          <w:i w:val="0"/>
          <w:sz w:val="20"/>
        </w:rPr>
        <w:t xml:space="preserve"> [37] They said to Him, “Grant us that we may sit, one on Your right hand and the other on Your left, in Your glory.”</w:t>
      </w:r>
    </w:p>
    <w:p w:rsidR="00601897" w:rsidRPr="00601897" w:rsidRDefault="00601897" w:rsidP="00601897">
      <w:pPr>
        <w:pStyle w:val="Rubric"/>
        <w:keepNext w:val="0"/>
        <w:jc w:val="both"/>
        <w:rPr>
          <w:i w:val="0"/>
          <w:sz w:val="20"/>
        </w:rPr>
      </w:pPr>
      <w:r w:rsidRPr="00601897">
        <w:rPr>
          <w:i w:val="0"/>
          <w:sz w:val="20"/>
        </w:rPr>
        <w:t xml:space="preserve"> [38] But Jesus said to them, “You do not know what you ask. Are you able to drink the cup that I drink, and be baptized with the baptism that I am baptized with?”</w:t>
      </w:r>
    </w:p>
    <w:p w:rsidR="00601897" w:rsidRPr="00601897" w:rsidRDefault="00601897" w:rsidP="00601897">
      <w:pPr>
        <w:pStyle w:val="Rubric"/>
        <w:keepNext w:val="0"/>
        <w:jc w:val="both"/>
        <w:rPr>
          <w:i w:val="0"/>
          <w:sz w:val="20"/>
        </w:rPr>
      </w:pPr>
      <w:r w:rsidRPr="00601897">
        <w:rPr>
          <w:i w:val="0"/>
          <w:sz w:val="20"/>
        </w:rPr>
        <w:t xml:space="preserve"> [39] They said to Him, “We are able.”</w:t>
      </w:r>
    </w:p>
    <w:p w:rsidR="00601897" w:rsidRPr="00601897" w:rsidRDefault="00601897" w:rsidP="00601897">
      <w:pPr>
        <w:pStyle w:val="Rubric"/>
        <w:keepNext w:val="0"/>
        <w:jc w:val="both"/>
        <w:rPr>
          <w:i w:val="0"/>
          <w:sz w:val="20"/>
        </w:rPr>
      </w:pPr>
      <w:r w:rsidRPr="00601897">
        <w:rPr>
          <w:i w:val="0"/>
          <w:sz w:val="20"/>
        </w:rPr>
        <w:t xml:space="preserve"> So Jesus said to them, “You will indeed drink the cup that I drink, and with the baptism I am baptized with you will be baptized; [40] but to sit on My right hand and on My left is not Mine to give, but it is for those for whom it is prepared.”</w:t>
      </w:r>
    </w:p>
    <w:p w:rsidR="00A53544" w:rsidRDefault="00601897" w:rsidP="00441AB5">
      <w:pPr>
        <w:pStyle w:val="Rubric"/>
        <w:keepNext w:val="0"/>
        <w:jc w:val="both"/>
      </w:pPr>
      <w:r w:rsidRPr="00601897">
        <w:rPr>
          <w:i w:val="0"/>
          <w:sz w:val="20"/>
        </w:rPr>
        <w:t xml:space="preserve"> [41] And when the ten heard it, they began to be greatly displeased with James and John. [42] But Jesus called them to Himself and said to them, “You know that those who are considered rulers over the Gentiles lord it over them, and their great ones exercise authority over them. [43] Yet it shall not be so among you; but whoever desires to become great among you shall be your servant. [44] And whoever of you desires to be first shall be slave of all. [45] For even the Son of Man did not come to be served, but to serve, and to give His life a ransom for many.”</w:t>
      </w:r>
    </w:p>
    <w:p w:rsidR="009C6EC0" w:rsidRDefault="00605474" w:rsidP="00441AB5">
      <w:pPr>
        <w:pStyle w:val="CongregationContinuation"/>
        <w:keepNext/>
        <w:spacing w:after="0"/>
        <w:jc w:val="center"/>
      </w:pPr>
      <w:r>
        <w:lastRenderedPageBreak/>
        <w:t>THE SERMON</w:t>
      </w:r>
    </w:p>
    <w:p w:rsidR="00601897" w:rsidRPr="00601897" w:rsidRDefault="00601897" w:rsidP="00601897">
      <w:pPr>
        <w:pStyle w:val="Rubric"/>
        <w:keepNext w:val="0"/>
        <w:rPr>
          <w:i w:val="0"/>
          <w:sz w:val="20"/>
        </w:rPr>
      </w:pPr>
      <w:r w:rsidRPr="00601897">
        <w:rPr>
          <w:i w:val="0"/>
          <w:sz w:val="20"/>
        </w:rPr>
        <w:t>Sermon Text: Hebrews 2:9-11 EHV</w:t>
      </w:r>
    </w:p>
    <w:p w:rsidR="009C6EC0" w:rsidRDefault="00601897" w:rsidP="00601897">
      <w:pPr>
        <w:pStyle w:val="Rubric"/>
        <w:keepNext w:val="0"/>
      </w:pPr>
      <w:r w:rsidRPr="00601897">
        <w:rPr>
          <w:i w:val="0"/>
          <w:sz w:val="20"/>
        </w:rPr>
        <w:t>"But we look to Jesus (the one who was made lower than the angels for a little while, so that by God’s grace he might taste death for everyone), now crowned with glory and honor, because he suffered death. 10 Certainly it was fitting for God (the one for whom and through whom everything exists), in leading many sons to glory, to bring the author of their salvation to his goal through sufferings. 11 For he who sanctifies and those who are being sanctified all have one Father. For that reason, he is not ashamed to call them brothers."</w:t>
      </w:r>
    </w:p>
    <w:p w:rsidR="00601897" w:rsidRPr="00601897" w:rsidRDefault="00601897" w:rsidP="00601897">
      <w:pPr>
        <w:pStyle w:val="Rubric"/>
        <w:keepNext w:val="0"/>
        <w:spacing w:after="0"/>
        <w:jc w:val="center"/>
        <w:rPr>
          <w:b/>
          <w:i w:val="0"/>
          <w:color w:val="000000"/>
          <w:sz w:val="24"/>
        </w:rPr>
      </w:pPr>
    </w:p>
    <w:p w:rsidR="009C6EC0" w:rsidRPr="00441AB5" w:rsidRDefault="00601897" w:rsidP="00441AB5">
      <w:pPr>
        <w:pStyle w:val="Rubric"/>
        <w:keepNext w:val="0"/>
        <w:spacing w:after="0"/>
        <w:jc w:val="center"/>
        <w:rPr>
          <w:b/>
          <w:i w:val="0"/>
          <w:color w:val="000000"/>
          <w:sz w:val="24"/>
        </w:rPr>
      </w:pPr>
      <w:r w:rsidRPr="00601897">
        <w:rPr>
          <w:b/>
          <w:i w:val="0"/>
          <w:color w:val="000000"/>
          <w:sz w:val="24"/>
        </w:rPr>
        <w:t>Sermon Theme: Family Ties</w:t>
      </w:r>
    </w:p>
    <w:p w:rsidR="00765959" w:rsidRDefault="00765959">
      <w:pPr>
        <w:keepLines/>
        <w:rPr>
          <w:b/>
          <w:color w:val="000000"/>
        </w:rPr>
      </w:pPr>
    </w:p>
    <w:p w:rsidR="00751E59" w:rsidRDefault="00751E59" w:rsidP="00751E59">
      <w:pPr>
        <w:pStyle w:val="Heading1"/>
      </w:pPr>
      <w:r>
        <w:t>ANNOUNCEM</w:t>
      </w:r>
      <w:r w:rsidR="00817952">
        <w:t>E</w:t>
      </w:r>
      <w:r>
        <w:t>NTS</w:t>
      </w:r>
    </w:p>
    <w:p w:rsidR="00601897" w:rsidRPr="00601897" w:rsidRDefault="00601897" w:rsidP="00601897">
      <w:pPr>
        <w:ind w:left="360" w:hanging="180"/>
        <w:rPr>
          <w:rFonts w:ascii="Times New Roman" w:hAnsi="Times New Roman" w:cs="Times New Roman"/>
          <w:sz w:val="20"/>
        </w:rPr>
      </w:pPr>
      <w:r w:rsidRPr="00601897">
        <w:rPr>
          <w:rFonts w:ascii="Times New Roman" w:hAnsi="Times New Roman" w:cs="Times New Roman"/>
          <w:sz w:val="20"/>
        </w:rPr>
        <w:t xml:space="preserve">• CALL NEWS Pastor Zachary </w:t>
      </w:r>
      <w:proofErr w:type="spellStart"/>
      <w:r w:rsidRPr="00601897">
        <w:rPr>
          <w:rFonts w:ascii="Times New Roman" w:hAnsi="Times New Roman" w:cs="Times New Roman"/>
          <w:sz w:val="20"/>
        </w:rPr>
        <w:t>Sippert</w:t>
      </w:r>
      <w:proofErr w:type="spellEnd"/>
      <w:r w:rsidRPr="00601897">
        <w:rPr>
          <w:rFonts w:ascii="Times New Roman" w:hAnsi="Times New Roman" w:cs="Times New Roman"/>
          <w:sz w:val="20"/>
        </w:rPr>
        <w:t xml:space="preserve"> of Grace </w:t>
      </w:r>
      <w:proofErr w:type="spellStart"/>
      <w:r w:rsidRPr="00601897">
        <w:rPr>
          <w:rFonts w:ascii="Times New Roman" w:hAnsi="Times New Roman" w:cs="Times New Roman"/>
          <w:sz w:val="20"/>
        </w:rPr>
        <w:t>Ev</w:t>
      </w:r>
      <w:proofErr w:type="spellEnd"/>
      <w:r w:rsidRPr="00601897">
        <w:rPr>
          <w:rFonts w:ascii="Times New Roman" w:hAnsi="Times New Roman" w:cs="Times New Roman"/>
          <w:sz w:val="20"/>
        </w:rPr>
        <w:t xml:space="preserve">. Lutheran Church, Sleepy Eye, MN, has returned the call to Holy Cross </w:t>
      </w:r>
      <w:proofErr w:type="spellStart"/>
      <w:r w:rsidRPr="00601897">
        <w:rPr>
          <w:rFonts w:ascii="Times New Roman" w:hAnsi="Times New Roman" w:cs="Times New Roman"/>
          <w:sz w:val="20"/>
        </w:rPr>
        <w:t>Ev</w:t>
      </w:r>
      <w:proofErr w:type="spellEnd"/>
      <w:r w:rsidRPr="00601897">
        <w:rPr>
          <w:rFonts w:ascii="Times New Roman" w:hAnsi="Times New Roman" w:cs="Times New Roman"/>
          <w:sz w:val="20"/>
        </w:rPr>
        <w:t xml:space="preserve">. Lutheran Church, Phoenix, AZ. &lt;&gt; Missionary Todd </w:t>
      </w:r>
      <w:proofErr w:type="spellStart"/>
      <w:r w:rsidRPr="00601897">
        <w:rPr>
          <w:rFonts w:ascii="Times New Roman" w:hAnsi="Times New Roman" w:cs="Times New Roman"/>
          <w:sz w:val="20"/>
        </w:rPr>
        <w:t>Ohlmann</w:t>
      </w:r>
      <w:proofErr w:type="spellEnd"/>
      <w:r w:rsidRPr="00601897">
        <w:rPr>
          <w:rFonts w:ascii="Times New Roman" w:hAnsi="Times New Roman" w:cs="Times New Roman"/>
          <w:sz w:val="20"/>
        </w:rPr>
        <w:t xml:space="preserve"> has received the call to Messiah Lutheran Church, Eau Claire, WI. &lt;&gt; Pastor Timothy Daub of Prince of Peace Lutheran Church, Hecla, SD, Zion </w:t>
      </w:r>
      <w:proofErr w:type="spellStart"/>
      <w:r w:rsidRPr="00601897">
        <w:rPr>
          <w:rFonts w:ascii="Times New Roman" w:hAnsi="Times New Roman" w:cs="Times New Roman"/>
          <w:sz w:val="20"/>
        </w:rPr>
        <w:t>Ev</w:t>
      </w:r>
      <w:proofErr w:type="spellEnd"/>
      <w:r w:rsidRPr="00601897">
        <w:rPr>
          <w:rFonts w:ascii="Times New Roman" w:hAnsi="Times New Roman" w:cs="Times New Roman"/>
          <w:sz w:val="20"/>
        </w:rPr>
        <w:t xml:space="preserve">. Lutheran Church, Aberdeen, SD, and Redeemer Lutheran Church, </w:t>
      </w:r>
      <w:proofErr w:type="spellStart"/>
      <w:r w:rsidRPr="00601897">
        <w:rPr>
          <w:rFonts w:ascii="Times New Roman" w:hAnsi="Times New Roman" w:cs="Times New Roman"/>
          <w:sz w:val="20"/>
        </w:rPr>
        <w:t>Bowdle</w:t>
      </w:r>
      <w:proofErr w:type="spellEnd"/>
      <w:r w:rsidRPr="00601897">
        <w:rPr>
          <w:rFonts w:ascii="Times New Roman" w:hAnsi="Times New Roman" w:cs="Times New Roman"/>
          <w:sz w:val="20"/>
        </w:rPr>
        <w:t xml:space="preserve">, SD, has received the call from the CLC Board of Missions to serve as Part-Time Missionary to Mexico. &lt;&gt; Pastor Rob </w:t>
      </w:r>
      <w:proofErr w:type="spellStart"/>
      <w:r w:rsidRPr="00601897">
        <w:rPr>
          <w:rFonts w:ascii="Times New Roman" w:hAnsi="Times New Roman" w:cs="Times New Roman"/>
          <w:sz w:val="20"/>
        </w:rPr>
        <w:t>Sauers</w:t>
      </w:r>
      <w:proofErr w:type="spellEnd"/>
      <w:r w:rsidRPr="00601897">
        <w:rPr>
          <w:rFonts w:ascii="Times New Roman" w:hAnsi="Times New Roman" w:cs="Times New Roman"/>
          <w:sz w:val="20"/>
        </w:rPr>
        <w:t xml:space="preserve"> of Immanuel Lutheran Church, Winter Haven, FL, has received the call from the CLC Board of Missions to serve as Part-Time Missionary to India. &lt;&gt; Pastor Frank Gantt of Zion </w:t>
      </w:r>
      <w:proofErr w:type="spellStart"/>
      <w:r w:rsidRPr="00601897">
        <w:rPr>
          <w:rFonts w:ascii="Times New Roman" w:hAnsi="Times New Roman" w:cs="Times New Roman"/>
          <w:sz w:val="20"/>
        </w:rPr>
        <w:t>Ev</w:t>
      </w:r>
      <w:proofErr w:type="spellEnd"/>
      <w:r w:rsidRPr="00601897">
        <w:rPr>
          <w:rFonts w:ascii="Times New Roman" w:hAnsi="Times New Roman" w:cs="Times New Roman"/>
          <w:sz w:val="20"/>
        </w:rPr>
        <w:t xml:space="preserve">. Lutheran Church, Loganville, GA, and Faith Lutheran Church, Manchester, MO, has received the call to St. Luke’s </w:t>
      </w:r>
      <w:proofErr w:type="spellStart"/>
      <w:r w:rsidRPr="00601897">
        <w:rPr>
          <w:rFonts w:ascii="Times New Roman" w:hAnsi="Times New Roman" w:cs="Times New Roman"/>
          <w:sz w:val="20"/>
        </w:rPr>
        <w:t>Ev</w:t>
      </w:r>
      <w:proofErr w:type="spellEnd"/>
      <w:r w:rsidRPr="00601897">
        <w:rPr>
          <w:rFonts w:ascii="Times New Roman" w:hAnsi="Times New Roman" w:cs="Times New Roman"/>
          <w:sz w:val="20"/>
        </w:rPr>
        <w:t xml:space="preserve">. Lutheran Church, Lemmon, SD. &lt;&gt; Pastor Paul Krause of Trinity Lutheran Church, Watertown, SD, and Zion Lutheran Church, </w:t>
      </w:r>
      <w:proofErr w:type="spellStart"/>
      <w:r w:rsidRPr="00601897">
        <w:rPr>
          <w:rFonts w:ascii="Times New Roman" w:hAnsi="Times New Roman" w:cs="Times New Roman"/>
          <w:sz w:val="20"/>
        </w:rPr>
        <w:t>Hidewood</w:t>
      </w:r>
      <w:proofErr w:type="spellEnd"/>
      <w:r w:rsidRPr="00601897">
        <w:rPr>
          <w:rFonts w:ascii="Times New Roman" w:hAnsi="Times New Roman" w:cs="Times New Roman"/>
          <w:sz w:val="20"/>
        </w:rPr>
        <w:t xml:space="preserve"> Township, SD, has received the call to Mt. Zion Lutheran Church, Madison Heights, MI. &lt;&gt; Pastor Matthew </w:t>
      </w:r>
      <w:proofErr w:type="spellStart"/>
      <w:r w:rsidRPr="00601897">
        <w:rPr>
          <w:rFonts w:ascii="Times New Roman" w:hAnsi="Times New Roman" w:cs="Times New Roman"/>
          <w:sz w:val="20"/>
        </w:rPr>
        <w:t>Hanel</w:t>
      </w:r>
      <w:proofErr w:type="spellEnd"/>
      <w:r w:rsidRPr="00601897">
        <w:rPr>
          <w:rFonts w:ascii="Times New Roman" w:hAnsi="Times New Roman" w:cs="Times New Roman"/>
          <w:sz w:val="20"/>
        </w:rPr>
        <w:t xml:space="preserve"> of St. Matthew </w:t>
      </w:r>
      <w:proofErr w:type="spellStart"/>
      <w:r w:rsidRPr="00601897">
        <w:rPr>
          <w:rFonts w:ascii="Times New Roman" w:hAnsi="Times New Roman" w:cs="Times New Roman"/>
          <w:sz w:val="20"/>
        </w:rPr>
        <w:t>Ev</w:t>
      </w:r>
      <w:proofErr w:type="spellEnd"/>
      <w:r w:rsidRPr="00601897">
        <w:rPr>
          <w:rFonts w:ascii="Times New Roman" w:hAnsi="Times New Roman" w:cs="Times New Roman"/>
          <w:sz w:val="20"/>
        </w:rPr>
        <w:t xml:space="preserve">. Lutheran Church, Dallas, TX, has returned the call to Gift of God Lutheran Church, Mapleton, ND, and to St. Paul’s Lutheran Church, </w:t>
      </w:r>
      <w:proofErr w:type="spellStart"/>
      <w:r w:rsidRPr="00601897">
        <w:rPr>
          <w:rFonts w:ascii="Times New Roman" w:hAnsi="Times New Roman" w:cs="Times New Roman"/>
          <w:sz w:val="20"/>
        </w:rPr>
        <w:t>Ponsford</w:t>
      </w:r>
      <w:proofErr w:type="spellEnd"/>
      <w:r w:rsidRPr="00601897">
        <w:rPr>
          <w:rFonts w:ascii="Times New Roman" w:hAnsi="Times New Roman" w:cs="Times New Roman"/>
          <w:sz w:val="20"/>
        </w:rPr>
        <w:t xml:space="preserve">, MN. &lt;&gt; Pastor Aaron </w:t>
      </w:r>
      <w:proofErr w:type="spellStart"/>
      <w:r w:rsidRPr="00601897">
        <w:rPr>
          <w:rFonts w:ascii="Times New Roman" w:hAnsi="Times New Roman" w:cs="Times New Roman"/>
          <w:sz w:val="20"/>
        </w:rPr>
        <w:t>Ude</w:t>
      </w:r>
      <w:proofErr w:type="spellEnd"/>
      <w:r w:rsidRPr="00601897">
        <w:rPr>
          <w:rFonts w:ascii="Times New Roman" w:hAnsi="Times New Roman" w:cs="Times New Roman"/>
          <w:sz w:val="20"/>
        </w:rPr>
        <w:t xml:space="preserve"> of Good Shepherd Lutheran Church, Rapid City, SD, has returned the call to St. Paul’s </w:t>
      </w:r>
      <w:proofErr w:type="spellStart"/>
      <w:r w:rsidRPr="00601897">
        <w:rPr>
          <w:rFonts w:ascii="Times New Roman" w:hAnsi="Times New Roman" w:cs="Times New Roman"/>
          <w:sz w:val="20"/>
        </w:rPr>
        <w:t>Ev</w:t>
      </w:r>
      <w:proofErr w:type="spellEnd"/>
      <w:r w:rsidRPr="00601897">
        <w:rPr>
          <w:rFonts w:ascii="Times New Roman" w:hAnsi="Times New Roman" w:cs="Times New Roman"/>
          <w:sz w:val="20"/>
        </w:rPr>
        <w:t>. Lutheran Church, Austin, MN.</w:t>
      </w:r>
    </w:p>
    <w:p w:rsidR="00765959" w:rsidRPr="00441AB5" w:rsidRDefault="00601897" w:rsidP="00441AB5">
      <w:pPr>
        <w:ind w:left="360" w:hanging="180"/>
      </w:pPr>
      <w:r w:rsidRPr="00601897">
        <w:rPr>
          <w:rFonts w:ascii="Times New Roman" w:hAnsi="Times New Roman" w:cs="Times New Roman"/>
          <w:sz w:val="20"/>
        </w:rPr>
        <w:t xml:space="preserve">• ANNIVERSARIES Ascension Lutheran Church, Batavia, IL, will be celebrating its 60th anniversary on October 11, 2026. Pastor Emeritus David </w:t>
      </w:r>
      <w:proofErr w:type="spellStart"/>
      <w:r w:rsidRPr="00601897">
        <w:rPr>
          <w:rFonts w:ascii="Times New Roman" w:hAnsi="Times New Roman" w:cs="Times New Roman"/>
          <w:sz w:val="20"/>
        </w:rPr>
        <w:t>Schierenbeck</w:t>
      </w:r>
      <w:proofErr w:type="spellEnd"/>
      <w:r w:rsidRPr="00601897">
        <w:rPr>
          <w:rFonts w:ascii="Times New Roman" w:hAnsi="Times New Roman" w:cs="Times New Roman"/>
          <w:sz w:val="20"/>
        </w:rPr>
        <w:t xml:space="preserve"> will be the guest speaker.</w:t>
      </w:r>
    </w:p>
    <w:p w:rsidR="00765959" w:rsidRDefault="00765959" w:rsidP="00765959">
      <w:pPr>
        <w:keepLines/>
        <w:jc w:val="center"/>
      </w:pPr>
    </w:p>
    <w:p w:rsidR="005D7499" w:rsidRDefault="005D7499" w:rsidP="00765959">
      <w:pPr>
        <w:keepLines/>
        <w:jc w:val="center"/>
      </w:pPr>
    </w:p>
    <w:p w:rsidR="00B80E7D" w:rsidRPr="005D7499" w:rsidRDefault="005D7499" w:rsidP="00765959">
      <w:pPr>
        <w:keepLines/>
        <w:jc w:val="center"/>
        <w:rPr>
          <w:sz w:val="16"/>
          <w:szCs w:val="16"/>
        </w:rPr>
      </w:pPr>
      <w:r>
        <w:rPr>
          <w:noProof/>
          <w:sz w:val="16"/>
          <w:szCs w:val="16"/>
          <w:lang w:bidi="he-IL"/>
        </w:rPr>
        <w:drawing>
          <wp:anchor distT="0" distB="0" distL="114300" distR="114300" simplePos="0" relativeHeight="251694080" behindDoc="1" locked="0" layoutInCell="1" allowOverlap="1">
            <wp:simplePos x="0" y="0"/>
            <wp:positionH relativeFrom="column">
              <wp:posOffset>1087755</wp:posOffset>
            </wp:positionH>
            <wp:positionV relativeFrom="paragraph">
              <wp:posOffset>268605</wp:posOffset>
            </wp:positionV>
            <wp:extent cx="2286000" cy="209550"/>
            <wp:effectExtent l="0" t="0" r="0" b="0"/>
            <wp:wrapNone/>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ss_divider.png"/>
                    <pic:cNvPicPr/>
                  </pic:nvPicPr>
                  <pic:blipFill>
                    <a:blip r:embed="rId9" cstate="print"/>
                    <a:stretch>
                      <a:fillRect/>
                    </a:stretch>
                  </pic:blipFill>
                  <pic:spPr>
                    <a:xfrm>
                      <a:off x="0" y="0"/>
                      <a:ext cx="2286000" cy="209550"/>
                    </a:xfrm>
                    <a:prstGeom prst="rect">
                      <a:avLst/>
                    </a:prstGeom>
                  </pic:spPr>
                </pic:pic>
              </a:graphicData>
            </a:graphic>
          </wp:anchor>
        </w:drawing>
      </w:r>
      <w:r w:rsidRPr="005D7499">
        <w:rPr>
          <w:sz w:val="16"/>
          <w:szCs w:val="16"/>
        </w:rPr>
        <w:t>“Scripture taken from the New King James Version®. Copyright © 1982 by Thomas Nelson. Used by permission. All rights reserved.”</w:t>
      </w:r>
    </w:p>
    <w:sectPr w:rsidR="00B80E7D" w:rsidRPr="005D7499" w:rsidSect="00514948">
      <w:headerReference w:type="even" r:id="rId10"/>
      <w:headerReference w:type="default" r:id="rId11"/>
      <w:footerReference w:type="even" r:id="rId12"/>
      <w:footerReference w:type="default" r:id="rId13"/>
      <w:headerReference w:type="first" r:id="rId14"/>
      <w:footerReference w:type="first" r:id="rId15"/>
      <w:pgSz w:w="7920" w:h="12240" w:orient="landscape"/>
      <w:pgMar w:top="432" w:right="432" w:bottom="432" w:left="432" w:header="0" w:footer="288"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148C3" w:rsidRDefault="009148C3" w:rsidP="00B178F2">
      <w:pPr>
        <w:spacing w:after="0" w:line="240" w:lineRule="auto"/>
      </w:pPr>
      <w:r>
        <w:separator/>
      </w:r>
    </w:p>
  </w:endnote>
  <w:endnote w:type="continuationSeparator" w:id="0">
    <w:p w:rsidR="009148C3" w:rsidRDefault="009148C3" w:rsidP="00B178F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948" w:rsidRDefault="00514948">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8F2" w:rsidRPr="00514948" w:rsidRDefault="00514948" w:rsidP="00514948">
    <w:pPr>
      <w:pStyle w:val="Footer"/>
      <w:jc w:val="center"/>
      <w:rPr>
        <w:rFonts w:ascii="Times New Roman" w:hAnsi="Times New Roman" w:cs="Times New Roman"/>
        <w:sz w:val="18"/>
      </w:rPr>
    </w:pPr>
    <w:r w:rsidRPr="00514948">
      <w:rPr>
        <w:rFonts w:ascii="Times New Roman" w:hAnsi="Times New Roman" w:cs="Times New Roman"/>
        <w:sz w:val="18"/>
      </w:rPr>
      <w:fldChar w:fldCharType="begin"/>
    </w:r>
    <w:r w:rsidRPr="00514948">
      <w:rPr>
        <w:rFonts w:ascii="Times New Roman" w:hAnsi="Times New Roman" w:cs="Times New Roman"/>
        <w:sz w:val="18"/>
      </w:rPr>
      <w:instrText xml:space="preserve"> IF </w:instrText>
    </w:r>
    <w:r w:rsidRPr="00514948">
      <w:rPr>
        <w:rFonts w:ascii="Times New Roman" w:hAnsi="Times New Roman" w:cs="Times New Roman"/>
        <w:sz w:val="18"/>
      </w:rPr>
      <w:fldChar w:fldCharType="begin"/>
    </w:r>
    <w:r w:rsidRPr="00514948">
      <w:rPr>
        <w:rFonts w:ascii="Times New Roman" w:hAnsi="Times New Roman" w:cs="Times New Roman"/>
        <w:sz w:val="18"/>
      </w:rPr>
      <w:instrText xml:space="preserve"> PAGE  \* MERGEFORMAT </w:instrText>
    </w:r>
    <w:r w:rsidRPr="00514948">
      <w:rPr>
        <w:rFonts w:ascii="Times New Roman" w:hAnsi="Times New Roman" w:cs="Times New Roman"/>
        <w:sz w:val="18"/>
      </w:rPr>
      <w:fldChar w:fldCharType="separate"/>
    </w:r>
    <w:r>
      <w:rPr>
        <w:rFonts w:ascii="Times New Roman" w:hAnsi="Times New Roman" w:cs="Times New Roman"/>
        <w:noProof/>
        <w:sz w:val="18"/>
      </w:rPr>
      <w:instrText>2</w:instrText>
    </w:r>
    <w:r w:rsidRPr="00514948">
      <w:rPr>
        <w:rFonts w:ascii="Times New Roman" w:hAnsi="Times New Roman" w:cs="Times New Roman"/>
        <w:sz w:val="18"/>
      </w:rPr>
      <w:fldChar w:fldCharType="end"/>
    </w:r>
    <w:r w:rsidRPr="00514948">
      <w:rPr>
        <w:rFonts w:ascii="Times New Roman" w:hAnsi="Times New Roman" w:cs="Times New Roman"/>
        <w:sz w:val="18"/>
      </w:rPr>
      <w:instrText xml:space="preserve"> &lt; </w:instrText>
    </w:r>
    <w:fldSimple w:instr=" NUMPAGES  \* MERGEFORMAT ">
      <w:r>
        <w:rPr>
          <w:rFonts w:ascii="Times New Roman" w:hAnsi="Times New Roman" w:cs="Times New Roman"/>
          <w:noProof/>
          <w:sz w:val="18"/>
        </w:rPr>
        <w:instrText>4</w:instrText>
      </w:r>
    </w:fldSimple>
    <w:r w:rsidRPr="00514948">
      <w:rPr>
        <w:rFonts w:ascii="Times New Roman" w:hAnsi="Times New Roman" w:cs="Times New Roman"/>
        <w:sz w:val="18"/>
      </w:rPr>
      <w:instrText xml:space="preserve"> "</w:instrText>
    </w:r>
    <w:r w:rsidRPr="00514948">
      <w:rPr>
        <w:rFonts w:ascii="Times New Roman" w:hAnsi="Times New Roman" w:cs="Times New Roman"/>
        <w:sz w:val="18"/>
      </w:rPr>
      <w:fldChar w:fldCharType="begin"/>
    </w:r>
    <w:r w:rsidRPr="00514948">
      <w:rPr>
        <w:rFonts w:ascii="Times New Roman" w:hAnsi="Times New Roman" w:cs="Times New Roman"/>
        <w:sz w:val="18"/>
      </w:rPr>
      <w:instrText xml:space="preserve"> PAGE  \* MERGEFORMAT </w:instrText>
    </w:r>
    <w:r w:rsidRPr="00514948">
      <w:rPr>
        <w:rFonts w:ascii="Times New Roman" w:hAnsi="Times New Roman" w:cs="Times New Roman"/>
        <w:sz w:val="18"/>
      </w:rPr>
      <w:fldChar w:fldCharType="separate"/>
    </w:r>
    <w:r>
      <w:rPr>
        <w:rFonts w:ascii="Times New Roman" w:hAnsi="Times New Roman" w:cs="Times New Roman"/>
        <w:noProof/>
        <w:sz w:val="18"/>
      </w:rPr>
      <w:instrText>2</w:instrText>
    </w:r>
    <w:r w:rsidRPr="00514948">
      <w:rPr>
        <w:rFonts w:ascii="Times New Roman" w:hAnsi="Times New Roman" w:cs="Times New Roman"/>
        <w:sz w:val="18"/>
      </w:rPr>
      <w:fldChar w:fldCharType="end"/>
    </w:r>
    <w:r w:rsidRPr="00514948">
      <w:rPr>
        <w:rFonts w:ascii="Times New Roman" w:hAnsi="Times New Roman" w:cs="Times New Roman"/>
        <w:sz w:val="18"/>
      </w:rPr>
      <w:instrText xml:space="preserve">" "" </w:instrText>
    </w:r>
    <w:r>
      <w:rPr>
        <w:rFonts w:ascii="Times New Roman" w:hAnsi="Times New Roman" w:cs="Times New Roman"/>
        <w:sz w:val="18"/>
      </w:rPr>
      <w:fldChar w:fldCharType="separate"/>
    </w:r>
    <w:r>
      <w:rPr>
        <w:rFonts w:ascii="Times New Roman" w:hAnsi="Times New Roman" w:cs="Times New Roman"/>
        <w:noProof/>
        <w:sz w:val="18"/>
      </w:rPr>
      <w:t>2</w:t>
    </w:r>
    <w:r w:rsidRPr="00514948">
      <w:rPr>
        <w:rFonts w:ascii="Times New Roman" w:hAnsi="Times New Roman" w:cs="Times New Roman"/>
        <w:sz w:val="1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948" w:rsidRDefault="0051494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148C3" w:rsidRDefault="009148C3" w:rsidP="00B178F2">
      <w:pPr>
        <w:spacing w:after="0" w:line="240" w:lineRule="auto"/>
      </w:pPr>
      <w:r>
        <w:separator/>
      </w:r>
    </w:p>
  </w:footnote>
  <w:footnote w:type="continuationSeparator" w:id="0">
    <w:p w:rsidR="009148C3" w:rsidRDefault="009148C3" w:rsidP="00B178F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948" w:rsidRDefault="0051494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948" w:rsidRDefault="00514948">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948" w:rsidRDefault="0051494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7F6359DC"/>
    <w:multiLevelType w:val="hybridMultilevel"/>
    <w:tmpl w:val="0D828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bookFoldPrinting/>
  <w:drawingGridHorizontalSpacing w:val="105"/>
  <w:displayHorizontalDrawingGridEvery w:val="2"/>
  <w:characterSpacingControl w:val="doNotCompress"/>
  <w:hdrShapeDefaults>
    <o:shapedefaults v:ext="edit" spidmax="18433"/>
  </w:hdrShapeDefaults>
  <w:footnotePr>
    <w:footnote w:id="-1"/>
    <w:footnote w:id="0"/>
  </w:footnotePr>
  <w:endnotePr>
    <w:endnote w:id="-1"/>
    <w:endnote w:id="0"/>
  </w:endnotePr>
  <w:compat>
    <w:useFELayout/>
  </w:compat>
  <w:rsids>
    <w:rsidRoot w:val="00B47730"/>
    <w:rsid w:val="00034616"/>
    <w:rsid w:val="00060060"/>
    <w:rsid w:val="0006063C"/>
    <w:rsid w:val="00087557"/>
    <w:rsid w:val="00087D2D"/>
    <w:rsid w:val="000A12C8"/>
    <w:rsid w:val="000B16DC"/>
    <w:rsid w:val="000B1A7E"/>
    <w:rsid w:val="000E3A79"/>
    <w:rsid w:val="000E489C"/>
    <w:rsid w:val="001260A4"/>
    <w:rsid w:val="00145C99"/>
    <w:rsid w:val="0015074B"/>
    <w:rsid w:val="001B41DC"/>
    <w:rsid w:val="0025550F"/>
    <w:rsid w:val="0029639D"/>
    <w:rsid w:val="002A68E8"/>
    <w:rsid w:val="00326F90"/>
    <w:rsid w:val="003631A2"/>
    <w:rsid w:val="00377217"/>
    <w:rsid w:val="003D0FFD"/>
    <w:rsid w:val="0042755E"/>
    <w:rsid w:val="00432E55"/>
    <w:rsid w:val="00441AB5"/>
    <w:rsid w:val="004A3193"/>
    <w:rsid w:val="004E7D6B"/>
    <w:rsid w:val="00514948"/>
    <w:rsid w:val="0052487D"/>
    <w:rsid w:val="005C2FDF"/>
    <w:rsid w:val="005D3648"/>
    <w:rsid w:val="005D7499"/>
    <w:rsid w:val="00601897"/>
    <w:rsid w:val="00605474"/>
    <w:rsid w:val="00627C86"/>
    <w:rsid w:val="006734CF"/>
    <w:rsid w:val="006D1040"/>
    <w:rsid w:val="006F7EAC"/>
    <w:rsid w:val="00727BCD"/>
    <w:rsid w:val="00751E59"/>
    <w:rsid w:val="00765959"/>
    <w:rsid w:val="007747DE"/>
    <w:rsid w:val="007F3943"/>
    <w:rsid w:val="008006C2"/>
    <w:rsid w:val="00817952"/>
    <w:rsid w:val="008445BE"/>
    <w:rsid w:val="008665F8"/>
    <w:rsid w:val="008B3DAD"/>
    <w:rsid w:val="008C4E68"/>
    <w:rsid w:val="00913E8D"/>
    <w:rsid w:val="009146BE"/>
    <w:rsid w:val="009148C3"/>
    <w:rsid w:val="009617F9"/>
    <w:rsid w:val="0099259C"/>
    <w:rsid w:val="009B4AD7"/>
    <w:rsid w:val="009C6EC0"/>
    <w:rsid w:val="00A1155D"/>
    <w:rsid w:val="00A53544"/>
    <w:rsid w:val="00A60475"/>
    <w:rsid w:val="00AA1D8D"/>
    <w:rsid w:val="00AE2099"/>
    <w:rsid w:val="00B145BF"/>
    <w:rsid w:val="00B1498F"/>
    <w:rsid w:val="00B178F2"/>
    <w:rsid w:val="00B4015A"/>
    <w:rsid w:val="00B47730"/>
    <w:rsid w:val="00B80E7D"/>
    <w:rsid w:val="00BB7EBD"/>
    <w:rsid w:val="00BD5FD8"/>
    <w:rsid w:val="00BE5483"/>
    <w:rsid w:val="00BF24DA"/>
    <w:rsid w:val="00C15220"/>
    <w:rsid w:val="00CA4046"/>
    <w:rsid w:val="00CB0664"/>
    <w:rsid w:val="00CE224B"/>
    <w:rsid w:val="00CE5948"/>
    <w:rsid w:val="00D13B4D"/>
    <w:rsid w:val="00D15AFA"/>
    <w:rsid w:val="00D84E8C"/>
    <w:rsid w:val="00E03FAC"/>
    <w:rsid w:val="00EA7499"/>
    <w:rsid w:val="00EF50C8"/>
    <w:rsid w:val="00F02634"/>
    <w:rsid w:val="00F16316"/>
    <w:rsid w:val="00F82A7B"/>
    <w:rsid w:val="00FC693F"/>
    <w:rsid w:val="00FE3DA4"/>
    <w:rsid w:val="00FF1583"/>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0FFD"/>
    <w:pPr>
      <w:spacing w:after="80"/>
    </w:pPr>
    <w:rPr>
      <w:rFonts w:ascii="Aptos" w:hAnsi="Aptos"/>
      <w:sz w:val="21"/>
    </w:rPr>
  </w:style>
  <w:style w:type="paragraph" w:styleId="Heading1">
    <w:name w:val="heading 1"/>
    <w:basedOn w:val="Normal"/>
    <w:next w:val="Normal"/>
    <w:link w:val="Heading1Char"/>
    <w:uiPriority w:val="9"/>
    <w:qFormat/>
    <w:rsid w:val="00FC693F"/>
    <w:pPr>
      <w:keepNext/>
      <w:keepLines/>
      <w:spacing w:before="240" w:after="100"/>
      <w:jc w:val="center"/>
      <w:outlineLvl w:val="0"/>
    </w:pPr>
    <w:rPr>
      <w:rFonts w:asciiTheme="majorHAnsi" w:eastAsiaTheme="majorEastAsia" w:hAnsiTheme="majorHAnsi" w:cstheme="majorBid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160"/>
      <w:jc w:val="center"/>
      <w:outlineLvl w:val="1"/>
    </w:pPr>
    <w:rPr>
      <w:rFonts w:asciiTheme="majorHAnsi" w:eastAsiaTheme="majorEastAsia" w:hAnsiTheme="majorHAnsi" w:cstheme="majorBid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
    <w:name w:val="Light Shading1"/>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LightList1">
    <w:name w:val="Light List1"/>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1">
    <w:name w:val="Light List - Accent 1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Grid1">
    <w:name w:val="Light Grid1"/>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1">
    <w:name w:val="Light Grid - Accent 1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MediumShading11">
    <w:name w:val="Medium Shading 1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1">
    <w:name w:val="Medium Shading 1 - Accent 1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1">
    <w:name w:val="Medium Shading 2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1">
    <w:name w:val="Medium List 1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1">
    <w:name w:val="Medium List 1 - Accent 1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1">
    <w:name w:val="Medium List 2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Grid11">
    <w:name w:val="Medium Grid 1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1">
    <w:name w:val="Medium Grid 2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1">
    <w:name w:val="Medium Grid 3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DarkList1">
    <w:name w:val="Dark List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ColorfulShading1">
    <w:name w:val="Colorful Shading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ColorfulList1">
    <w:name w:val="Colorful List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Grid1">
    <w:name w:val="Colorful Grid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iturgyTitle">
    <w:name w:val="Liturgy Title"/>
    <w:basedOn w:val="Normal"/>
    <w:rsid w:val="009C6EC0"/>
    <w:pPr>
      <w:spacing w:after="60"/>
      <w:jc w:val="center"/>
    </w:pPr>
    <w:rPr>
      <w:b/>
      <w:color w:val="000000"/>
      <w:sz w:val="42"/>
    </w:rPr>
  </w:style>
  <w:style w:type="paragraph" w:customStyle="1" w:styleId="LiturgySubtitle">
    <w:name w:val="Liturgy Subtitle"/>
    <w:basedOn w:val="Normal"/>
    <w:rsid w:val="009C6EC0"/>
    <w:pPr>
      <w:spacing w:after="280"/>
      <w:jc w:val="center"/>
    </w:pPr>
    <w:rPr>
      <w:i/>
      <w:color w:val="5C5C5C"/>
      <w:sz w:val="20"/>
    </w:rPr>
  </w:style>
  <w:style w:type="paragraph" w:customStyle="1" w:styleId="Rubric">
    <w:name w:val="Rubric"/>
    <w:basedOn w:val="Normal"/>
    <w:rsid w:val="009C6EC0"/>
    <w:pPr>
      <w:keepNext/>
    </w:pPr>
    <w:rPr>
      <w:i/>
      <w:color w:val="5C5C5C"/>
      <w:sz w:val="19"/>
    </w:rPr>
  </w:style>
  <w:style w:type="paragraph" w:customStyle="1" w:styleId="CongregationContinuation">
    <w:name w:val="Congregation Continuation"/>
    <w:basedOn w:val="Normal"/>
    <w:rsid w:val="009C6EC0"/>
    <w:pPr>
      <w:ind w:left="432"/>
    </w:pPr>
    <w:rPr>
      <w:b/>
    </w:rPr>
  </w:style>
  <w:style w:type="paragraph" w:styleId="BalloonText">
    <w:name w:val="Balloon Text"/>
    <w:basedOn w:val="Normal"/>
    <w:link w:val="BalloonTextChar"/>
    <w:uiPriority w:val="99"/>
    <w:semiHidden/>
    <w:unhideWhenUsed/>
    <w:rsid w:val="007659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595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EC4D68-3784-4CD6-979B-3F1DF6536C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153</TotalTime>
  <Pages>4</Pages>
  <Words>882</Words>
  <Characters>5031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The Common Service Liturgy</vt:lpstr>
    </vt:vector>
  </TitlesOfParts>
  <Company/>
  <LinksUpToDate>false</LinksUpToDate>
  <CharactersWithSpaces>5902</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Common Service Liturgy</dc:title>
  <dc:subject>A contemporary-English, text-only adaptation of the Common Service Book of the Lutheran Church (1917-1918)</dc:subject>
  <dc:creator>Aaron Ude</dc:creator>
  <cp:keywords>Lutheran, liturgy, Common Service</cp:keywords>
  <dc:description>generated by python-docx</dc:description>
  <cp:lastModifiedBy>Aaron Ude</cp:lastModifiedBy>
  <cp:revision>14</cp:revision>
  <cp:lastPrinted>2026-08-28T22:11:00Z</cp:lastPrinted>
  <dcterms:created xsi:type="dcterms:W3CDTF">2026-08-31T22:19:00Z</dcterms:created>
  <dcterms:modified xsi:type="dcterms:W3CDTF">2026-10-05T21:53:00Z</dcterms:modified>
</cp:coreProperties>
</file>